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B1AF3A" w14:textId="77777777" w:rsidR="0097514F" w:rsidRDefault="00653AFA">
      <w:pPr>
        <w:pStyle w:val="Heading1"/>
      </w:pPr>
      <w:r>
        <w:t>Town of Dana</w:t>
      </w:r>
      <w:r>
        <w:br/>
        <w:t>Town Council Meeting Minutes</w:t>
      </w:r>
    </w:p>
    <w:p w14:paraId="47DF4BE9" w14:textId="7D5824FB" w:rsidR="0097514F" w:rsidRDefault="00EF4610">
      <w:r>
        <w:t xml:space="preserve">September </w:t>
      </w:r>
      <w:r w:rsidR="00663D7C">
        <w:t>8</w:t>
      </w:r>
      <w:r w:rsidR="00663D7C" w:rsidRPr="00663D7C">
        <w:rPr>
          <w:vertAlign w:val="superscript"/>
        </w:rPr>
        <w:t>th</w:t>
      </w:r>
      <w:r w:rsidR="00653AFA">
        <w:t>, 2026</w:t>
      </w:r>
    </w:p>
    <w:p w14:paraId="6D41AC8F" w14:textId="77777777" w:rsidR="0097514F" w:rsidRDefault="00653AFA">
      <w:r>
        <w:t>Location: Town Hall, Dana, Indiana 47847</w:t>
      </w:r>
    </w:p>
    <w:p w14:paraId="17337E17" w14:textId="77777777" w:rsidR="0097514F" w:rsidRDefault="00653AFA">
      <w:pPr>
        <w:pStyle w:val="Heading2"/>
      </w:pPr>
      <w:r>
        <w:t>Call to Order</w:t>
      </w:r>
    </w:p>
    <w:p w14:paraId="1EB2CE32" w14:textId="4BEFAA83" w:rsidR="0097514F" w:rsidRDefault="00653AFA">
      <w:r>
        <w:t xml:space="preserve">The meeting was called to order by </w:t>
      </w:r>
      <w:r w:rsidR="00EE54AB">
        <w:t>John D</w:t>
      </w:r>
      <w:r w:rsidR="00607338">
        <w:t xml:space="preserve">avern, </w:t>
      </w:r>
      <w:r>
        <w:t xml:space="preserve">Board </w:t>
      </w:r>
      <w:r w:rsidR="00607338">
        <w:t>Member</w:t>
      </w:r>
      <w:r>
        <w:t>.</w:t>
      </w:r>
    </w:p>
    <w:p w14:paraId="5050B20E" w14:textId="77777777" w:rsidR="0097514F" w:rsidRDefault="00653AFA">
      <w:pPr>
        <w:pStyle w:val="Heading2"/>
      </w:pPr>
      <w:r>
        <w:t>Pledge of Allegiance</w:t>
      </w:r>
    </w:p>
    <w:p w14:paraId="647F6B07" w14:textId="519B9F6B" w:rsidR="0097514F" w:rsidRDefault="00653AFA">
      <w:r>
        <w:t xml:space="preserve">The Pledge of Allegiance was led by </w:t>
      </w:r>
      <w:r w:rsidR="003C4767">
        <w:t>John Davern</w:t>
      </w:r>
      <w:r>
        <w:t xml:space="preserve">, Board </w:t>
      </w:r>
      <w:r w:rsidR="003C4767">
        <w:t>Member</w:t>
      </w:r>
      <w:r>
        <w:t>.</w:t>
      </w:r>
    </w:p>
    <w:p w14:paraId="4E507196" w14:textId="77777777" w:rsidR="0097514F" w:rsidRDefault="00653AFA">
      <w:pPr>
        <w:pStyle w:val="Heading2"/>
      </w:pPr>
      <w:r>
        <w:t>Roll Call</w:t>
      </w:r>
    </w:p>
    <w:p w14:paraId="1535FD99" w14:textId="26D815F5" w:rsidR="0097514F" w:rsidRDefault="00653AFA">
      <w:r>
        <w:t xml:space="preserve">Bob Richardson, Board President – </w:t>
      </w:r>
      <w:r w:rsidR="00472E03">
        <w:t>Late</w:t>
      </w:r>
    </w:p>
    <w:p w14:paraId="2EAD8839" w14:textId="77777777" w:rsidR="0097514F" w:rsidRDefault="00653AFA">
      <w:r>
        <w:t>Martha Kritzer, Board Member – Present</w:t>
      </w:r>
    </w:p>
    <w:p w14:paraId="3BCC7BD1" w14:textId="54A06E10" w:rsidR="0097514F" w:rsidRDefault="00653AFA">
      <w:r>
        <w:t xml:space="preserve">Fred Craft, Board Member – </w:t>
      </w:r>
      <w:r w:rsidR="00472E03">
        <w:t>Present</w:t>
      </w:r>
    </w:p>
    <w:p w14:paraId="2600C609" w14:textId="039549F1" w:rsidR="0097514F" w:rsidRDefault="00653AFA">
      <w:r>
        <w:t xml:space="preserve">John Daver, Board Member – </w:t>
      </w:r>
      <w:r w:rsidR="008454EE">
        <w:t>Present</w:t>
      </w:r>
    </w:p>
    <w:p w14:paraId="52148EC0" w14:textId="5B553D0E" w:rsidR="0097514F" w:rsidRDefault="00653AFA">
      <w:r>
        <w:t xml:space="preserve">Kyle Marshall, Board Member – </w:t>
      </w:r>
      <w:r w:rsidR="00D771DA">
        <w:t>Absent</w:t>
      </w:r>
    </w:p>
    <w:p w14:paraId="522412A1" w14:textId="77777777" w:rsidR="0097514F" w:rsidRDefault="00653AFA">
      <w:r>
        <w:br/>
        <w:t>Also Present:</w:t>
      </w:r>
    </w:p>
    <w:p w14:paraId="11494F70" w14:textId="77777777" w:rsidR="0097514F" w:rsidRDefault="00653AFA">
      <w:r>
        <w:t>Michelle Doan, Clerk-Treasurer</w:t>
      </w:r>
    </w:p>
    <w:p w14:paraId="2E8D5911" w14:textId="6F64EA68" w:rsidR="0097514F" w:rsidRDefault="00653AFA">
      <w:r>
        <w:t>Christopher MacLaren, Town Marshal</w:t>
      </w:r>
    </w:p>
    <w:p w14:paraId="22575B8E" w14:textId="3564FD83" w:rsidR="009058F4" w:rsidRDefault="009058F4">
      <w:r>
        <w:t>Brent Bush Town Superintendent</w:t>
      </w:r>
    </w:p>
    <w:p w14:paraId="615F18FE" w14:textId="184EAC01" w:rsidR="00FC506A" w:rsidRDefault="00653AFA">
      <w:r>
        <w:t>Bob Brannin, Assistant Town Superintendent</w:t>
      </w:r>
    </w:p>
    <w:p w14:paraId="20079EB0" w14:textId="06CF83CF" w:rsidR="00FC506A" w:rsidRDefault="00FC506A" w:rsidP="00FC506A">
      <w:pPr>
        <w:pStyle w:val="Heading2"/>
      </w:pPr>
      <w:r>
        <w:t>Approval of Minutes</w:t>
      </w:r>
    </w:p>
    <w:p w14:paraId="3FC156BD" w14:textId="30414B0E" w:rsidR="00FC506A" w:rsidRPr="00FC506A" w:rsidRDefault="00FC506A" w:rsidP="00FC506A">
      <w:r>
        <w:t xml:space="preserve">Martha Kritzer made a motion to approve, </w:t>
      </w:r>
      <w:r w:rsidR="00AC61C4">
        <w:t>Fred Craft</w:t>
      </w:r>
      <w:r w:rsidR="00E44D6E">
        <w:t xml:space="preserve"> </w:t>
      </w:r>
      <w:r>
        <w:t>seconded, all in favor.</w:t>
      </w:r>
    </w:p>
    <w:p w14:paraId="5A32D836" w14:textId="77777777" w:rsidR="00FC506A" w:rsidRDefault="00FC506A" w:rsidP="00FC506A"/>
    <w:p w14:paraId="213A52DA" w14:textId="77777777" w:rsidR="0097514F" w:rsidRDefault="00653AFA">
      <w:pPr>
        <w:pStyle w:val="Heading2"/>
      </w:pPr>
      <w:r>
        <w:t>Old Business</w:t>
      </w:r>
    </w:p>
    <w:p w14:paraId="2108F108" w14:textId="0B18CBCD" w:rsidR="00E6338B" w:rsidRDefault="009058F4" w:rsidP="001F79F4">
      <w:pPr>
        <w:pStyle w:val="ListParagraph"/>
        <w:numPr>
          <w:ilvl w:val="0"/>
          <w:numId w:val="10"/>
        </w:numPr>
      </w:pPr>
      <w:r>
        <w:t>New Town Shop</w:t>
      </w:r>
      <w:r w:rsidR="008D4C9A">
        <w:t xml:space="preserve">. </w:t>
      </w:r>
      <w:r w:rsidR="00DD50EF">
        <w:t xml:space="preserve">John Davern </w:t>
      </w:r>
      <w:r w:rsidR="00AC61C4">
        <w:t>will</w:t>
      </w:r>
      <w:r w:rsidR="00DD50EF">
        <w:t xml:space="preserve"> call Duke Energy to set up a meter</w:t>
      </w:r>
      <w:r w:rsidR="00B7529D">
        <w:t xml:space="preserve"> board for </w:t>
      </w:r>
      <w:r w:rsidR="000414E5">
        <w:t>electric. Still waiting on FBI</w:t>
      </w:r>
      <w:r w:rsidR="00AC61C4">
        <w:t xml:space="preserve"> Buildings</w:t>
      </w:r>
      <w:r w:rsidR="000414E5">
        <w:t xml:space="preserve"> to finish bu</w:t>
      </w:r>
      <w:r w:rsidR="00371C88">
        <w:t>ilding, currently waiting on materials.</w:t>
      </w:r>
    </w:p>
    <w:p w14:paraId="0AD1EF9C" w14:textId="390BC993" w:rsidR="004D3228" w:rsidRDefault="00371C88" w:rsidP="001F79F4">
      <w:pPr>
        <w:pStyle w:val="ListParagraph"/>
        <w:numPr>
          <w:ilvl w:val="0"/>
          <w:numId w:val="10"/>
        </w:numPr>
      </w:pPr>
      <w:r>
        <w:t>Boyce re</w:t>
      </w:r>
      <w:r w:rsidR="005229CF">
        <w:t>newal fee approved by Board for payment, all in favor.</w:t>
      </w:r>
      <w:r w:rsidR="00AC61C4">
        <w:t xml:space="preserve">      </w:t>
      </w:r>
    </w:p>
    <w:p w14:paraId="382E10CC" w14:textId="0D3F28A8" w:rsidR="00430673" w:rsidRDefault="00430673" w:rsidP="001F79F4">
      <w:pPr>
        <w:pStyle w:val="ListParagraph"/>
        <w:numPr>
          <w:ilvl w:val="0"/>
          <w:numId w:val="10"/>
        </w:numPr>
      </w:pPr>
      <w:r>
        <w:lastRenderedPageBreak/>
        <w:t xml:space="preserve">Town Clean up letter. </w:t>
      </w:r>
      <w:r w:rsidR="005229CF">
        <w:t xml:space="preserve">Waiting on Board to </w:t>
      </w:r>
      <w:r w:rsidR="00472F41">
        <w:t xml:space="preserve">decide what properties have completed their work and which ones have not complied. </w:t>
      </w:r>
      <w:r w:rsidR="00192AFE">
        <w:t xml:space="preserve">Board to get with </w:t>
      </w:r>
      <w:r w:rsidR="00CB140D">
        <w:t xml:space="preserve">the </w:t>
      </w:r>
      <w:r w:rsidR="00192AFE">
        <w:t xml:space="preserve">Town Mashal </w:t>
      </w:r>
      <w:r w:rsidR="007C0475">
        <w:t xml:space="preserve">with their findings. </w:t>
      </w:r>
    </w:p>
    <w:p w14:paraId="09F5AA96" w14:textId="74BDA0F2" w:rsidR="00AD58A3" w:rsidRDefault="00AD58A3" w:rsidP="001F79F4">
      <w:pPr>
        <w:pStyle w:val="ListParagraph"/>
        <w:numPr>
          <w:ilvl w:val="0"/>
          <w:numId w:val="10"/>
        </w:numPr>
      </w:pPr>
      <w:r>
        <w:t>IRS</w:t>
      </w:r>
      <w:r w:rsidR="00F129CA">
        <w:t xml:space="preserve">- Still waiting for field agent to be in contact. </w:t>
      </w:r>
    </w:p>
    <w:p w14:paraId="1BD67C69" w14:textId="28A2A828" w:rsidR="00C20743" w:rsidRDefault="00C20743" w:rsidP="001F79F4">
      <w:pPr>
        <w:pStyle w:val="ListParagraph"/>
        <w:numPr>
          <w:ilvl w:val="0"/>
          <w:numId w:val="10"/>
        </w:numPr>
      </w:pPr>
      <w:r>
        <w:t xml:space="preserve">Waiting </w:t>
      </w:r>
      <w:r w:rsidR="00AE5595">
        <w:t>for the Town</w:t>
      </w:r>
      <w:r>
        <w:t xml:space="preserve"> attorney to get a Well Hea</w:t>
      </w:r>
      <w:r w:rsidR="009F6394">
        <w:t>d Protection Ordinance.</w:t>
      </w:r>
    </w:p>
    <w:p w14:paraId="26DBE7FA" w14:textId="2C708C42" w:rsidR="009F6394" w:rsidRDefault="009F6394" w:rsidP="001F79F4">
      <w:pPr>
        <w:pStyle w:val="ListParagraph"/>
        <w:numPr>
          <w:ilvl w:val="0"/>
          <w:numId w:val="10"/>
        </w:numPr>
      </w:pPr>
      <w:r>
        <w:t>Waiting on Town Att</w:t>
      </w:r>
      <w:r w:rsidR="007A77E9">
        <w:t>orney to inform town how Hun</w:t>
      </w:r>
      <w:r w:rsidR="007E497C">
        <w:t xml:space="preserve">tington Bank wishes to proceed concerning the broken sewer camera. </w:t>
      </w:r>
    </w:p>
    <w:p w14:paraId="54A827D8" w14:textId="77777777" w:rsidR="0097514F" w:rsidRDefault="00653AFA">
      <w:pPr>
        <w:pStyle w:val="Heading2"/>
      </w:pPr>
      <w:r>
        <w:t>New Business</w:t>
      </w:r>
    </w:p>
    <w:p w14:paraId="17A763D2" w14:textId="23B71134" w:rsidR="0097514F" w:rsidRDefault="00245639" w:rsidP="00FA42C0">
      <w:pPr>
        <w:pStyle w:val="ListParagraph"/>
        <w:numPr>
          <w:ilvl w:val="0"/>
          <w:numId w:val="12"/>
        </w:numPr>
      </w:pPr>
      <w:r>
        <w:t>Amending</w:t>
      </w:r>
      <w:r w:rsidR="00DF53E9">
        <w:t xml:space="preserve"> </w:t>
      </w:r>
      <w:r>
        <w:t>sewage</w:t>
      </w:r>
      <w:r w:rsidR="00DF53E9">
        <w:t xml:space="preserve"> rates. Tabled </w:t>
      </w:r>
      <w:r>
        <w:t>till</w:t>
      </w:r>
      <w:r w:rsidR="00DF53E9">
        <w:t xml:space="preserve"> Board ha</w:t>
      </w:r>
      <w:r w:rsidR="00EF6B09">
        <w:t xml:space="preserve">s </w:t>
      </w:r>
      <w:r w:rsidR="00DF53E9">
        <w:t xml:space="preserve">meeting with </w:t>
      </w:r>
      <w:r w:rsidR="00EF6B09">
        <w:t xml:space="preserve">USDA. Mike Novac to </w:t>
      </w:r>
      <w:r w:rsidR="00FE2C2E">
        <w:t>coordinate</w:t>
      </w:r>
      <w:r w:rsidR="00EF6B09">
        <w:t xml:space="preserve"> </w:t>
      </w:r>
      <w:r>
        <w:t xml:space="preserve">meeting. </w:t>
      </w:r>
    </w:p>
    <w:p w14:paraId="261AD8F2" w14:textId="50E272E4" w:rsidR="00F11BD8" w:rsidRDefault="00FE2C2E" w:rsidP="00FA42C0">
      <w:pPr>
        <w:pStyle w:val="ListParagraph"/>
        <w:numPr>
          <w:ilvl w:val="0"/>
          <w:numId w:val="12"/>
        </w:numPr>
      </w:pPr>
      <w:r>
        <w:t xml:space="preserve">Sidewalks </w:t>
      </w:r>
      <w:r w:rsidR="005F0D2B">
        <w:t>are tabled</w:t>
      </w:r>
      <w:r>
        <w:t xml:space="preserve"> till </w:t>
      </w:r>
      <w:r w:rsidR="002058E4">
        <w:t>Town</w:t>
      </w:r>
      <w:r>
        <w:t xml:space="preserve"> Attorney </w:t>
      </w:r>
      <w:r w:rsidR="002058E4">
        <w:t>can</w:t>
      </w:r>
      <w:r>
        <w:t xml:space="preserve"> attend meeting. </w:t>
      </w:r>
    </w:p>
    <w:p w14:paraId="79DB6522" w14:textId="0AB8CC82" w:rsidR="000D24D9" w:rsidRDefault="002058E4" w:rsidP="00FA42C0">
      <w:pPr>
        <w:pStyle w:val="ListParagraph"/>
        <w:numPr>
          <w:ilvl w:val="0"/>
          <w:numId w:val="12"/>
        </w:numPr>
      </w:pPr>
      <w:r>
        <w:t xml:space="preserve">Farm animals in town </w:t>
      </w:r>
      <w:r w:rsidR="005F0D2B">
        <w:t>have</w:t>
      </w:r>
      <w:r>
        <w:t xml:space="preserve"> been table till Town Attorney is able to attend </w:t>
      </w:r>
      <w:r w:rsidR="005F0D2B">
        <w:t>the meeting</w:t>
      </w:r>
      <w:r>
        <w:t xml:space="preserve">. </w:t>
      </w:r>
    </w:p>
    <w:p w14:paraId="0FB9CF29" w14:textId="4899F026" w:rsidR="003872D4" w:rsidRDefault="0076712E" w:rsidP="00FA42C0">
      <w:pPr>
        <w:pStyle w:val="ListParagraph"/>
        <w:numPr>
          <w:ilvl w:val="0"/>
          <w:numId w:val="12"/>
        </w:numPr>
      </w:pPr>
      <w:r>
        <w:t xml:space="preserve">Clerk/Treasurer has received letter from Taft Law Firm stating ERH </w:t>
      </w:r>
      <w:r w:rsidR="008041E1">
        <w:t xml:space="preserve">former Sewer Operators are </w:t>
      </w:r>
      <w:r w:rsidR="00A0133F">
        <w:t>cl</w:t>
      </w:r>
      <w:r w:rsidR="008041E1">
        <w:t xml:space="preserve">aiming the Twon of Dana is in </w:t>
      </w:r>
      <w:r w:rsidR="00A0133F">
        <w:t>breach</w:t>
      </w:r>
      <w:r w:rsidR="008041E1">
        <w:t xml:space="preserve"> of contract. </w:t>
      </w:r>
      <w:r w:rsidR="00A80980">
        <w:t xml:space="preserve">Town attorney has been made </w:t>
      </w:r>
      <w:r w:rsidR="00A0133F">
        <w:t>aware,</w:t>
      </w:r>
      <w:r w:rsidR="00A80980">
        <w:t xml:space="preserve"> and the Board has now been informed</w:t>
      </w:r>
      <w:r w:rsidR="004D5629">
        <w:t xml:space="preserve">. Waiting </w:t>
      </w:r>
      <w:r w:rsidR="00FD5B93">
        <w:t>for the Town</w:t>
      </w:r>
      <w:r w:rsidR="004D5629">
        <w:t xml:space="preserve"> </w:t>
      </w:r>
      <w:r w:rsidR="00A0133F">
        <w:t>attorney</w:t>
      </w:r>
      <w:r w:rsidR="004D5629">
        <w:t xml:space="preserve"> to </w:t>
      </w:r>
      <w:r w:rsidR="00A263CE">
        <w:t>update</w:t>
      </w:r>
      <w:r w:rsidR="004D5629">
        <w:t xml:space="preserve"> the Town</w:t>
      </w:r>
      <w:r w:rsidR="00FD5B93">
        <w:t xml:space="preserve"> </w:t>
      </w:r>
      <w:r w:rsidR="00A0133F">
        <w:t>o</w:t>
      </w:r>
      <w:r w:rsidR="004D5629">
        <w:t>n thi</w:t>
      </w:r>
      <w:r w:rsidR="00A0133F">
        <w:t xml:space="preserve">s </w:t>
      </w:r>
      <w:r w:rsidR="004D5629">
        <w:t xml:space="preserve">matter. </w:t>
      </w:r>
    </w:p>
    <w:p w14:paraId="6C059926" w14:textId="0C600648" w:rsidR="00FA42C0" w:rsidRDefault="00D961EF" w:rsidP="00FA42C0">
      <w:pPr>
        <w:pStyle w:val="ListParagraph"/>
        <w:numPr>
          <w:ilvl w:val="0"/>
          <w:numId w:val="12"/>
        </w:numPr>
      </w:pPr>
      <w:r>
        <w:t xml:space="preserve">On August </w:t>
      </w:r>
      <w:r w:rsidR="00AC1FD8">
        <w:t>14</w:t>
      </w:r>
      <w:r w:rsidR="00AC1FD8" w:rsidRPr="00AC1FD8">
        <w:rPr>
          <w:vertAlign w:val="superscript"/>
        </w:rPr>
        <w:t>th</w:t>
      </w:r>
      <w:r w:rsidR="00AC1FD8">
        <w:t xml:space="preserve"> IDEM conducted an inspection of </w:t>
      </w:r>
      <w:r w:rsidR="000A3B0F">
        <w:t>the water plant. Type of inspection: Sanitary Survey</w:t>
      </w:r>
      <w:r w:rsidR="0091081A">
        <w:t>. Copy of the inspection has been</w:t>
      </w:r>
      <w:r w:rsidR="00565264">
        <w:t xml:space="preserve"> </w:t>
      </w:r>
      <w:r w:rsidR="0091081A">
        <w:t>given to the Board. Clerk treasure</w:t>
      </w:r>
      <w:r w:rsidR="00403A17">
        <w:t>r and Gary Nuckles will respond</w:t>
      </w:r>
      <w:r w:rsidR="00565264">
        <w:t xml:space="preserve"> to letter. </w:t>
      </w:r>
    </w:p>
    <w:p w14:paraId="147D3A54" w14:textId="53D4C987" w:rsidR="00FA42C0" w:rsidRDefault="00C42302" w:rsidP="00FD5B93">
      <w:pPr>
        <w:pStyle w:val="ListParagraph"/>
        <w:numPr>
          <w:ilvl w:val="0"/>
          <w:numId w:val="12"/>
        </w:numPr>
      </w:pPr>
      <w:r>
        <w:t xml:space="preserve">Spurr Law Office spoke </w:t>
      </w:r>
      <w:r w:rsidR="00A263CE">
        <w:t xml:space="preserve">to </w:t>
      </w:r>
      <w:r w:rsidR="00745963">
        <w:t xml:space="preserve">the Town </w:t>
      </w:r>
      <w:r w:rsidR="00A263CE">
        <w:t xml:space="preserve">about </w:t>
      </w:r>
      <w:r w:rsidR="00745963">
        <w:t xml:space="preserve">Considering </w:t>
      </w:r>
      <w:r w:rsidR="000C7EFA">
        <w:t>adopting</w:t>
      </w:r>
      <w:r w:rsidR="00745963">
        <w:t xml:space="preserve"> a new ordinance that would </w:t>
      </w:r>
      <w:r w:rsidR="00B327FC">
        <w:t>prohibit</w:t>
      </w:r>
      <w:r w:rsidR="00745963">
        <w:t xml:space="preserve"> sex offender</w:t>
      </w:r>
      <w:r w:rsidR="00B327FC">
        <w:t>s</w:t>
      </w:r>
      <w:r w:rsidR="00745963">
        <w:t xml:space="preserve"> from being </w:t>
      </w:r>
      <w:r w:rsidR="00B327FC">
        <w:t>in recreational areas.</w:t>
      </w:r>
      <w:r w:rsidR="000C7EFA">
        <w:t xml:space="preserve"> Will bring back up at next meeting. Waiting </w:t>
      </w:r>
      <w:proofErr w:type="gramStart"/>
      <w:r w:rsidR="000C7EFA">
        <w:t>on</w:t>
      </w:r>
      <w:proofErr w:type="gramEnd"/>
      <w:r w:rsidR="000C7EFA">
        <w:t xml:space="preserve"> Etown Attorney to be present. </w:t>
      </w:r>
    </w:p>
    <w:p w14:paraId="1DE730C1" w14:textId="77777777" w:rsidR="0097514F" w:rsidRDefault="00653AFA">
      <w:pPr>
        <w:pStyle w:val="Heading2"/>
      </w:pPr>
      <w:r>
        <w:t>Reports</w:t>
      </w:r>
    </w:p>
    <w:p w14:paraId="1706EB26" w14:textId="61CB75FC" w:rsidR="003D0C3E" w:rsidRDefault="76864329">
      <w:r w:rsidRPr="000976B9">
        <w:rPr>
          <w:b/>
          <w:bCs/>
        </w:rPr>
        <w:t>Financial Reconciliation:</w:t>
      </w:r>
      <w:r>
        <w:t xml:space="preserve"> Michelle and Patty are continuing to work towards reconciling the Town’s accounts.</w:t>
      </w:r>
    </w:p>
    <w:p w14:paraId="7B8792D1" w14:textId="4ED7701B" w:rsidR="00625D84" w:rsidRDefault="76864329">
      <w:r w:rsidRPr="000976B9">
        <w:rPr>
          <w:b/>
          <w:bCs/>
        </w:rPr>
        <w:t>Water Report:</w:t>
      </w:r>
      <w:r>
        <w:t xml:space="preserve"> </w:t>
      </w:r>
      <w:r w:rsidR="00A76891">
        <w:t>Current water loss</w:t>
      </w:r>
      <w:r w:rsidR="00292858">
        <w:t xml:space="preserve"> 47</w:t>
      </w:r>
      <w:r w:rsidR="00A76891">
        <w:t xml:space="preserve"> </w:t>
      </w:r>
      <w:r w:rsidR="003D0C3E">
        <w:t xml:space="preserve">% </w:t>
      </w:r>
    </w:p>
    <w:p w14:paraId="17AEF675" w14:textId="040165E8" w:rsidR="0097514F" w:rsidRDefault="5AB2BEEF">
      <w:r w:rsidRPr="000976B9">
        <w:rPr>
          <w:b/>
          <w:bCs/>
        </w:rPr>
        <w:t>Sewer Report:</w:t>
      </w:r>
      <w:r>
        <w:t xml:space="preserve"> The monthly </w:t>
      </w:r>
      <w:r w:rsidR="00343BDC">
        <w:t xml:space="preserve">report was given. </w:t>
      </w:r>
    </w:p>
    <w:p w14:paraId="461290C4" w14:textId="3957BDB9" w:rsidR="001C559D" w:rsidRDefault="00653AFA">
      <w:r w:rsidRPr="000976B9">
        <w:rPr>
          <w:b/>
          <w:bCs/>
        </w:rPr>
        <w:t>Public Safety:</w:t>
      </w:r>
      <w:r w:rsidR="001C559D">
        <w:t xml:space="preserve"> Town clean-up under way. </w:t>
      </w:r>
    </w:p>
    <w:p w14:paraId="0C5FB554" w14:textId="52F1E0CE" w:rsidR="0097514F" w:rsidRDefault="00653AFA">
      <w:r w:rsidRPr="000976B9">
        <w:rPr>
          <w:b/>
          <w:bCs/>
        </w:rPr>
        <w:t>Town Marshal Report:</w:t>
      </w:r>
      <w:r>
        <w:t xml:space="preserve"> </w:t>
      </w:r>
      <w:r w:rsidR="00802402">
        <w:t>was given.</w:t>
      </w:r>
      <w:r w:rsidR="00D64392">
        <w:t xml:space="preserve"> </w:t>
      </w:r>
      <w:r w:rsidR="00CB140D">
        <w:t>C.B had 3 hours continu</w:t>
      </w:r>
      <w:r w:rsidR="00585FEE">
        <w:t xml:space="preserve">ed Education. Supplies will need to be ordered at first of the year. C.B will put together a list of </w:t>
      </w:r>
      <w:r w:rsidR="00251BF4">
        <w:t xml:space="preserve">things needed. </w:t>
      </w:r>
    </w:p>
    <w:p w14:paraId="077893BC" w14:textId="7E236576" w:rsidR="001264C1" w:rsidRDefault="00A109A9">
      <w:r>
        <w:t>Town Vehicles Miles Traveled Report</w:t>
      </w:r>
      <w:r w:rsidR="002B0879">
        <w:t>: Was given by Clerk</w:t>
      </w:r>
    </w:p>
    <w:p w14:paraId="4C77CC95" w14:textId="4D96B55F" w:rsidR="00AD7160" w:rsidRDefault="00AD7160">
      <w:r w:rsidRPr="00A109A9">
        <w:rPr>
          <w:b/>
          <w:bCs/>
        </w:rPr>
        <w:t>Adjustment</w:t>
      </w:r>
      <w:r w:rsidR="006846FA" w:rsidRPr="00A109A9">
        <w:rPr>
          <w:b/>
          <w:bCs/>
        </w:rPr>
        <w:t>s</w:t>
      </w:r>
      <w:r w:rsidRPr="00A109A9">
        <w:rPr>
          <w:b/>
          <w:bCs/>
        </w:rPr>
        <w:t>:</w:t>
      </w:r>
      <w:r>
        <w:t xml:space="preserve"> </w:t>
      </w:r>
      <w:r w:rsidR="000C7EFA">
        <w:t>No ad</w:t>
      </w:r>
      <w:r w:rsidR="00D64392">
        <w:t>justments</w:t>
      </w:r>
    </w:p>
    <w:p w14:paraId="4F4BD2E4" w14:textId="6E431D77" w:rsidR="00384911" w:rsidRDefault="000976B9">
      <w:r>
        <w:t xml:space="preserve">Public Comment: </w:t>
      </w:r>
      <w:r w:rsidR="00384911">
        <w:t>Steve Ph</w:t>
      </w:r>
      <w:r w:rsidR="00594DC8">
        <w:t xml:space="preserve">elps </w:t>
      </w:r>
      <w:r w:rsidR="000B66DC">
        <w:t>is thinking</w:t>
      </w:r>
      <w:r w:rsidR="00594DC8">
        <w:t xml:space="preserve"> about putting an RV Park </w:t>
      </w:r>
      <w:r w:rsidR="001E57DD">
        <w:t xml:space="preserve">on his pasture. </w:t>
      </w:r>
      <w:r w:rsidR="00C723DC">
        <w:t>He is</w:t>
      </w:r>
      <w:r w:rsidR="000B66DC">
        <w:t xml:space="preserve"> outside Town Limits. </w:t>
      </w:r>
      <w:r w:rsidR="008E5CAE">
        <w:t>He is wanting to know if it would be acceptable by the town for him to t</w:t>
      </w:r>
      <w:r w:rsidR="00A26EFF">
        <w:t xml:space="preserve">ie into the Towns water and Sewage lines. </w:t>
      </w:r>
      <w:r w:rsidR="008E657E">
        <w:t xml:space="preserve">Town Board has decided to table the issue until </w:t>
      </w:r>
      <w:r w:rsidR="008A6980">
        <w:lastRenderedPageBreak/>
        <w:t xml:space="preserve">leak at </w:t>
      </w:r>
      <w:r w:rsidR="00D64375">
        <w:t xml:space="preserve">lift station is fixed. </w:t>
      </w:r>
      <w:r w:rsidR="005576B4">
        <w:t>Steve was wondering where the</w:t>
      </w:r>
      <w:r w:rsidR="00D9592B">
        <w:t xml:space="preserve"> </w:t>
      </w:r>
      <w:r w:rsidR="005576B4">
        <w:t>Town was at fixing the sewer</w:t>
      </w:r>
      <w:r w:rsidR="000B4BD1">
        <w:t xml:space="preserve"> issues. </w:t>
      </w:r>
      <w:r w:rsidR="00AC61C4">
        <w:t>He</w:t>
      </w:r>
      <w:r w:rsidR="000B4BD1">
        <w:t xml:space="preserve"> also address</w:t>
      </w:r>
      <w:r w:rsidR="00D9592B">
        <w:t xml:space="preserve">ed heavy rain affecting the sewer. </w:t>
      </w:r>
    </w:p>
    <w:p w14:paraId="1F9DD3AE" w14:textId="77777777" w:rsidR="00256B23" w:rsidRDefault="00256B23"/>
    <w:p w14:paraId="0B7F62C4" w14:textId="77777777" w:rsidR="0097514F" w:rsidRDefault="00653AFA">
      <w:pPr>
        <w:pStyle w:val="Heading2"/>
      </w:pPr>
      <w:r>
        <w:t>Adjournment</w:t>
      </w:r>
    </w:p>
    <w:p w14:paraId="277574D2" w14:textId="62439CA9" w:rsidR="0097514F" w:rsidRDefault="00653AFA">
      <w:r>
        <w:t xml:space="preserve">A motion to adjourn was made by </w:t>
      </w:r>
      <w:r w:rsidR="002C61AF">
        <w:t>John Davern</w:t>
      </w:r>
      <w:r>
        <w:t>, seconded by</w:t>
      </w:r>
      <w:r w:rsidR="001C559D">
        <w:t xml:space="preserve"> </w:t>
      </w:r>
      <w:r w:rsidR="00BE40B7">
        <w:t>Fred Craft</w:t>
      </w:r>
      <w:r w:rsidR="001C559D">
        <w:t>,</w:t>
      </w:r>
      <w:r>
        <w:t xml:space="preserve"> and carried unanimously. </w:t>
      </w:r>
    </w:p>
    <w:sectPr w:rsidR="0097514F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0885248"/>
    <w:multiLevelType w:val="hybridMultilevel"/>
    <w:tmpl w:val="A52E5D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AC566D"/>
    <w:multiLevelType w:val="hybridMultilevel"/>
    <w:tmpl w:val="971A53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DE2F72"/>
    <w:multiLevelType w:val="hybridMultilevel"/>
    <w:tmpl w:val="C6C053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9238688">
    <w:abstractNumId w:val="8"/>
  </w:num>
  <w:num w:numId="2" w16cid:durableId="644162871">
    <w:abstractNumId w:val="6"/>
  </w:num>
  <w:num w:numId="3" w16cid:durableId="286861315">
    <w:abstractNumId w:val="5"/>
  </w:num>
  <w:num w:numId="4" w16cid:durableId="395052987">
    <w:abstractNumId w:val="4"/>
  </w:num>
  <w:num w:numId="5" w16cid:durableId="1658727424">
    <w:abstractNumId w:val="7"/>
  </w:num>
  <w:num w:numId="6" w16cid:durableId="1363818780">
    <w:abstractNumId w:val="3"/>
  </w:num>
  <w:num w:numId="7" w16cid:durableId="1191142720">
    <w:abstractNumId w:val="2"/>
  </w:num>
  <w:num w:numId="8" w16cid:durableId="559481655">
    <w:abstractNumId w:val="1"/>
  </w:num>
  <w:num w:numId="9" w16cid:durableId="42217300">
    <w:abstractNumId w:val="0"/>
  </w:num>
  <w:num w:numId="10" w16cid:durableId="969243776">
    <w:abstractNumId w:val="9"/>
  </w:num>
  <w:num w:numId="11" w16cid:durableId="942806151">
    <w:abstractNumId w:val="10"/>
  </w:num>
  <w:num w:numId="12" w16cid:durableId="13847934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0A3C"/>
    <w:rsid w:val="000128FA"/>
    <w:rsid w:val="00020235"/>
    <w:rsid w:val="00034616"/>
    <w:rsid w:val="00037627"/>
    <w:rsid w:val="000414E5"/>
    <w:rsid w:val="00041BC1"/>
    <w:rsid w:val="0006063C"/>
    <w:rsid w:val="000720F7"/>
    <w:rsid w:val="00095A87"/>
    <w:rsid w:val="000976B9"/>
    <w:rsid w:val="00097796"/>
    <w:rsid w:val="000A3B0F"/>
    <w:rsid w:val="000B4845"/>
    <w:rsid w:val="000B4BD1"/>
    <w:rsid w:val="000B66DC"/>
    <w:rsid w:val="000C7EFA"/>
    <w:rsid w:val="000D24D9"/>
    <w:rsid w:val="000D6126"/>
    <w:rsid w:val="000E362C"/>
    <w:rsid w:val="001264C1"/>
    <w:rsid w:val="0015074B"/>
    <w:rsid w:val="001676FF"/>
    <w:rsid w:val="00181D68"/>
    <w:rsid w:val="00192AFE"/>
    <w:rsid w:val="001C559D"/>
    <w:rsid w:val="001D4C61"/>
    <w:rsid w:val="001E57DD"/>
    <w:rsid w:val="001F1E14"/>
    <w:rsid w:val="001F79F4"/>
    <w:rsid w:val="002058E4"/>
    <w:rsid w:val="0021529B"/>
    <w:rsid w:val="00225FC5"/>
    <w:rsid w:val="00233EA8"/>
    <w:rsid w:val="00245639"/>
    <w:rsid w:val="00251BF4"/>
    <w:rsid w:val="00256B23"/>
    <w:rsid w:val="002709CB"/>
    <w:rsid w:val="00275B1A"/>
    <w:rsid w:val="0028007C"/>
    <w:rsid w:val="00292858"/>
    <w:rsid w:val="0029639D"/>
    <w:rsid w:val="002B0879"/>
    <w:rsid w:val="002B2C6E"/>
    <w:rsid w:val="002C61AF"/>
    <w:rsid w:val="00326F90"/>
    <w:rsid w:val="00327C35"/>
    <w:rsid w:val="003354EF"/>
    <w:rsid w:val="00343BDC"/>
    <w:rsid w:val="0035377C"/>
    <w:rsid w:val="003718AB"/>
    <w:rsid w:val="00371C88"/>
    <w:rsid w:val="0037293D"/>
    <w:rsid w:val="00384911"/>
    <w:rsid w:val="00385E58"/>
    <w:rsid w:val="003872D4"/>
    <w:rsid w:val="00390DC0"/>
    <w:rsid w:val="003C4767"/>
    <w:rsid w:val="003D0C3E"/>
    <w:rsid w:val="00403A17"/>
    <w:rsid w:val="00430673"/>
    <w:rsid w:val="00447D87"/>
    <w:rsid w:val="00472E03"/>
    <w:rsid w:val="00472F41"/>
    <w:rsid w:val="00474DB8"/>
    <w:rsid w:val="00491EB3"/>
    <w:rsid w:val="004A2094"/>
    <w:rsid w:val="004B620A"/>
    <w:rsid w:val="004D3228"/>
    <w:rsid w:val="004D5629"/>
    <w:rsid w:val="004F15AF"/>
    <w:rsid w:val="004F6BE2"/>
    <w:rsid w:val="00506987"/>
    <w:rsid w:val="005164BA"/>
    <w:rsid w:val="005229CF"/>
    <w:rsid w:val="00531DC7"/>
    <w:rsid w:val="00551530"/>
    <w:rsid w:val="005576B4"/>
    <w:rsid w:val="00565264"/>
    <w:rsid w:val="00575FAC"/>
    <w:rsid w:val="00585FEE"/>
    <w:rsid w:val="0059243E"/>
    <w:rsid w:val="00594DC8"/>
    <w:rsid w:val="005A2227"/>
    <w:rsid w:val="005A5FAA"/>
    <w:rsid w:val="005F0D2B"/>
    <w:rsid w:val="00602CAE"/>
    <w:rsid w:val="00607338"/>
    <w:rsid w:val="00614003"/>
    <w:rsid w:val="00625D84"/>
    <w:rsid w:val="00653AFA"/>
    <w:rsid w:val="00654F97"/>
    <w:rsid w:val="00663D7C"/>
    <w:rsid w:val="006846FA"/>
    <w:rsid w:val="006A4EA9"/>
    <w:rsid w:val="006B4BB9"/>
    <w:rsid w:val="0072155F"/>
    <w:rsid w:val="00745963"/>
    <w:rsid w:val="00756409"/>
    <w:rsid w:val="0076712E"/>
    <w:rsid w:val="00786EC5"/>
    <w:rsid w:val="00797D18"/>
    <w:rsid w:val="007A77E9"/>
    <w:rsid w:val="007B56CF"/>
    <w:rsid w:val="007C0475"/>
    <w:rsid w:val="007D3143"/>
    <w:rsid w:val="007E497C"/>
    <w:rsid w:val="00802402"/>
    <w:rsid w:val="008041E1"/>
    <w:rsid w:val="00805A54"/>
    <w:rsid w:val="008454EE"/>
    <w:rsid w:val="008468E2"/>
    <w:rsid w:val="00891C58"/>
    <w:rsid w:val="008A6980"/>
    <w:rsid w:val="008D4C9A"/>
    <w:rsid w:val="008E5CAE"/>
    <w:rsid w:val="008E657E"/>
    <w:rsid w:val="008F4929"/>
    <w:rsid w:val="00901DF2"/>
    <w:rsid w:val="009058F4"/>
    <w:rsid w:val="0091081A"/>
    <w:rsid w:val="00912271"/>
    <w:rsid w:val="00915BF1"/>
    <w:rsid w:val="009240AD"/>
    <w:rsid w:val="009310C3"/>
    <w:rsid w:val="00945289"/>
    <w:rsid w:val="0097514F"/>
    <w:rsid w:val="00980BA9"/>
    <w:rsid w:val="009A6DEF"/>
    <w:rsid w:val="009C3B03"/>
    <w:rsid w:val="009F6394"/>
    <w:rsid w:val="00A0133F"/>
    <w:rsid w:val="00A047F0"/>
    <w:rsid w:val="00A109A9"/>
    <w:rsid w:val="00A11074"/>
    <w:rsid w:val="00A12FDB"/>
    <w:rsid w:val="00A263CE"/>
    <w:rsid w:val="00A26EFF"/>
    <w:rsid w:val="00A33F5C"/>
    <w:rsid w:val="00A55C83"/>
    <w:rsid w:val="00A76891"/>
    <w:rsid w:val="00A80980"/>
    <w:rsid w:val="00A87AEB"/>
    <w:rsid w:val="00A96EC1"/>
    <w:rsid w:val="00AA1D8D"/>
    <w:rsid w:val="00AC1F6A"/>
    <w:rsid w:val="00AC1FD8"/>
    <w:rsid w:val="00AC61C4"/>
    <w:rsid w:val="00AD58A3"/>
    <w:rsid w:val="00AD7160"/>
    <w:rsid w:val="00AE5595"/>
    <w:rsid w:val="00AF2764"/>
    <w:rsid w:val="00B04C5C"/>
    <w:rsid w:val="00B16381"/>
    <w:rsid w:val="00B327FC"/>
    <w:rsid w:val="00B33E78"/>
    <w:rsid w:val="00B47730"/>
    <w:rsid w:val="00B7529D"/>
    <w:rsid w:val="00B764B2"/>
    <w:rsid w:val="00B77A04"/>
    <w:rsid w:val="00B9255E"/>
    <w:rsid w:val="00BC1AF8"/>
    <w:rsid w:val="00BD35B8"/>
    <w:rsid w:val="00BE40B7"/>
    <w:rsid w:val="00BF0071"/>
    <w:rsid w:val="00C20743"/>
    <w:rsid w:val="00C21BE2"/>
    <w:rsid w:val="00C42302"/>
    <w:rsid w:val="00C57528"/>
    <w:rsid w:val="00C723DC"/>
    <w:rsid w:val="00C93F4D"/>
    <w:rsid w:val="00CB0664"/>
    <w:rsid w:val="00CB140D"/>
    <w:rsid w:val="00CB159D"/>
    <w:rsid w:val="00CD4E6E"/>
    <w:rsid w:val="00CE1251"/>
    <w:rsid w:val="00CF6FD1"/>
    <w:rsid w:val="00D06BC3"/>
    <w:rsid w:val="00D2444E"/>
    <w:rsid w:val="00D46D5A"/>
    <w:rsid w:val="00D64375"/>
    <w:rsid w:val="00D64392"/>
    <w:rsid w:val="00D66B05"/>
    <w:rsid w:val="00D761BF"/>
    <w:rsid w:val="00D771DA"/>
    <w:rsid w:val="00D81DBC"/>
    <w:rsid w:val="00D9592B"/>
    <w:rsid w:val="00D961EF"/>
    <w:rsid w:val="00DA0647"/>
    <w:rsid w:val="00DC06BF"/>
    <w:rsid w:val="00DD50EF"/>
    <w:rsid w:val="00DE75A6"/>
    <w:rsid w:val="00DF53E9"/>
    <w:rsid w:val="00E10F9A"/>
    <w:rsid w:val="00E27610"/>
    <w:rsid w:val="00E44D6E"/>
    <w:rsid w:val="00E6338B"/>
    <w:rsid w:val="00E90412"/>
    <w:rsid w:val="00EA0E72"/>
    <w:rsid w:val="00ED1CD2"/>
    <w:rsid w:val="00ED6E80"/>
    <w:rsid w:val="00EE54AB"/>
    <w:rsid w:val="00EF1913"/>
    <w:rsid w:val="00EF4610"/>
    <w:rsid w:val="00EF6B09"/>
    <w:rsid w:val="00F11BD8"/>
    <w:rsid w:val="00F129CA"/>
    <w:rsid w:val="00F25399"/>
    <w:rsid w:val="00F51B75"/>
    <w:rsid w:val="00F51FEB"/>
    <w:rsid w:val="00F52856"/>
    <w:rsid w:val="00F7105E"/>
    <w:rsid w:val="00F81705"/>
    <w:rsid w:val="00F90CDB"/>
    <w:rsid w:val="00FA42C0"/>
    <w:rsid w:val="00FC506A"/>
    <w:rsid w:val="00FC693F"/>
    <w:rsid w:val="00FD5B93"/>
    <w:rsid w:val="00FE2C2E"/>
    <w:rsid w:val="3B940815"/>
    <w:rsid w:val="526A0625"/>
    <w:rsid w:val="5AB2BEEF"/>
    <w:rsid w:val="76864329"/>
    <w:rsid w:val="7A307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88AEF530-486C-4F5A-BC13-4AA90BE34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85AC37C17771D419DAE4E66CD896318" ma:contentTypeVersion="13" ma:contentTypeDescription="Create a new document." ma:contentTypeScope="" ma:versionID="eaac2a936930039739837b85c06dc580">
  <xsd:schema xmlns:xsd="http://www.w3.org/2001/XMLSchema" xmlns:xs="http://www.w3.org/2001/XMLSchema" xmlns:p="http://schemas.microsoft.com/office/2006/metadata/properties" xmlns:ns3="e095ba00-70f4-42c3-b96b-26c6c0a519c2" targetNamespace="http://schemas.microsoft.com/office/2006/metadata/properties" ma:root="true" ma:fieldsID="1099604827b40e0f2967d955843ecb43" ns3:_="">
    <xsd:import namespace="e095ba00-70f4-42c3-b96b-26c6c0a519c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_activity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95ba00-70f4-42c3-b96b-26c6c0a519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SystemTags" ma:index="16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095ba00-70f4-42c3-b96b-26c6c0a519c2" xsi:nil="true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B0B8B38-BAAB-4E60-AFE4-9F384A8429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95ba00-70f4-42c3-b96b-26c6c0a519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73DD450-3FAC-43CD-9B50-392FF2C5F49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B136930-F969-4366-9F9D-F77419793972}">
  <ds:schemaRefs>
    <ds:schemaRef ds:uri="http://schemas.microsoft.com/office/2006/metadata/properties"/>
    <ds:schemaRef ds:uri="http://schemas.microsoft.com/office/infopath/2007/PartnerControls"/>
    <ds:schemaRef ds:uri="e095ba00-70f4-42c3-b96b-26c6c0a519c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505</Words>
  <Characters>2884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Clerk</cp:lastModifiedBy>
  <cp:revision>2</cp:revision>
  <dcterms:created xsi:type="dcterms:W3CDTF">2026-09-20T05:11:00Z</dcterms:created>
  <dcterms:modified xsi:type="dcterms:W3CDTF">2026-09-20T05:11:00Z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0x010100F85AC37C17771D419DAE4E66CD896318</vt:lpwstr>
  </property>
</Properties>
</file>