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AF3A" w14:textId="77777777" w:rsidR="0097514F" w:rsidRDefault="00653AFA">
      <w:pPr>
        <w:pStyle w:val="Heading1"/>
      </w:pPr>
      <w:r>
        <w:t>Town of Dana</w:t>
      </w:r>
      <w:r>
        <w:br/>
        <w:t>Town Council Meeting Minutes</w:t>
      </w:r>
    </w:p>
    <w:p w14:paraId="47DF4BE9" w14:textId="44B30856" w:rsidR="0097514F" w:rsidRDefault="009058F4">
      <w:r>
        <w:t>Ju</w:t>
      </w:r>
      <w:r w:rsidR="00A96EC1">
        <w:t>ly 14</w:t>
      </w:r>
      <w:r w:rsidR="00653AFA">
        <w:t>, 2026</w:t>
      </w:r>
    </w:p>
    <w:p w14:paraId="6D41AC8F" w14:textId="77777777" w:rsidR="0097514F" w:rsidRDefault="00653AFA">
      <w:r>
        <w:t>Location: Town Hall, Dana, Indiana 47847</w:t>
      </w:r>
    </w:p>
    <w:p w14:paraId="17337E17" w14:textId="77777777" w:rsidR="0097514F" w:rsidRDefault="00653AFA">
      <w:pPr>
        <w:pStyle w:val="Heading2"/>
      </w:pPr>
      <w:r>
        <w:t>Call to Order</w:t>
      </w:r>
    </w:p>
    <w:p w14:paraId="1EB2CE32" w14:textId="77777777" w:rsidR="0097514F" w:rsidRDefault="00653AFA">
      <w:r>
        <w:t>The meeting was called to order by Bob Richardson, Board President.</w:t>
      </w:r>
    </w:p>
    <w:p w14:paraId="5050B20E" w14:textId="77777777" w:rsidR="0097514F" w:rsidRDefault="00653AFA">
      <w:pPr>
        <w:pStyle w:val="Heading2"/>
      </w:pPr>
      <w:r>
        <w:t>Pledge of Allegiance</w:t>
      </w:r>
    </w:p>
    <w:p w14:paraId="647F6B07" w14:textId="77777777" w:rsidR="0097514F" w:rsidRDefault="00653AFA">
      <w:r>
        <w:t>The Pledge of Allegiance was led by Bob Richardson, Board President.</w:t>
      </w:r>
    </w:p>
    <w:p w14:paraId="4E507196" w14:textId="77777777" w:rsidR="0097514F" w:rsidRDefault="00653AFA">
      <w:pPr>
        <w:pStyle w:val="Heading2"/>
      </w:pPr>
      <w:r>
        <w:t>Roll Call</w:t>
      </w:r>
    </w:p>
    <w:p w14:paraId="1535FD99" w14:textId="77777777" w:rsidR="0097514F" w:rsidRDefault="00653AFA">
      <w:r>
        <w:t>Bob Richardson, Board President – Present</w:t>
      </w:r>
    </w:p>
    <w:p w14:paraId="2EAD8839" w14:textId="77777777" w:rsidR="0097514F" w:rsidRDefault="00653AFA">
      <w:r>
        <w:t>Martha Kritzer, Board Member – Present</w:t>
      </w:r>
    </w:p>
    <w:p w14:paraId="3BCC7BD1" w14:textId="77777777" w:rsidR="0097514F" w:rsidRDefault="00653AFA">
      <w:r>
        <w:t>Fred Craft, Board Member – Present</w:t>
      </w:r>
    </w:p>
    <w:p w14:paraId="2600C609" w14:textId="77777777" w:rsidR="0097514F" w:rsidRDefault="00653AFA">
      <w:r>
        <w:t>John Daver, Board Member – Absent</w:t>
      </w:r>
    </w:p>
    <w:p w14:paraId="52148EC0" w14:textId="5B553D0E" w:rsidR="0097514F" w:rsidRDefault="00653AFA">
      <w:r>
        <w:t xml:space="preserve">Kyle Marshall, Board Member – </w:t>
      </w:r>
      <w:r w:rsidR="00D771DA">
        <w:t>Absent</w:t>
      </w:r>
    </w:p>
    <w:p w14:paraId="522412A1" w14:textId="77777777" w:rsidR="0097514F" w:rsidRDefault="00653AFA">
      <w:r>
        <w:br/>
        <w:t>Also Present:</w:t>
      </w:r>
    </w:p>
    <w:p w14:paraId="11494F70" w14:textId="77777777" w:rsidR="0097514F" w:rsidRDefault="00653AFA">
      <w:r>
        <w:t>Michelle Doan, Clerk-Treasurer</w:t>
      </w:r>
    </w:p>
    <w:p w14:paraId="100D8A07" w14:textId="77777777" w:rsidR="0097514F" w:rsidRDefault="00653AFA">
      <w:r>
        <w:t>Christopher MacLaren, Town Marshal</w:t>
      </w:r>
    </w:p>
    <w:p w14:paraId="2E8D5911" w14:textId="77777777" w:rsidR="0097514F" w:rsidRDefault="00653AFA">
      <w:r>
        <w:t>Scott Craig, Town Attorney</w:t>
      </w:r>
    </w:p>
    <w:p w14:paraId="22575B8E" w14:textId="5484141B" w:rsidR="009058F4" w:rsidRDefault="009058F4">
      <w:r>
        <w:t>Brent Bush Town Superintendent</w:t>
      </w:r>
    </w:p>
    <w:p w14:paraId="615F18FE" w14:textId="184EAC01" w:rsidR="00FC506A" w:rsidRDefault="00653AFA">
      <w:r>
        <w:t>Bob Brannin, Assistant Town Superintendent</w:t>
      </w:r>
    </w:p>
    <w:p w14:paraId="20079EB0" w14:textId="06CF83CF" w:rsidR="00FC506A" w:rsidRDefault="00FC506A" w:rsidP="00FC506A">
      <w:pPr>
        <w:pStyle w:val="Heading2"/>
      </w:pPr>
      <w:r>
        <w:t>Approval of Minutes</w:t>
      </w:r>
    </w:p>
    <w:p w14:paraId="3FC156BD" w14:textId="097A6B0A" w:rsidR="00FC506A" w:rsidRPr="00FC506A" w:rsidRDefault="00FC506A" w:rsidP="00FC506A">
      <w:r>
        <w:t xml:space="preserve">Martha Kritzer made a motion to approve, </w:t>
      </w:r>
      <w:r w:rsidR="00E44D6E">
        <w:t xml:space="preserve">Fred Craft </w:t>
      </w:r>
      <w:r>
        <w:t>seconded, all in favor.</w:t>
      </w:r>
    </w:p>
    <w:p w14:paraId="5A32D836" w14:textId="77777777" w:rsidR="00FC506A" w:rsidRDefault="00FC506A" w:rsidP="00FC506A"/>
    <w:p w14:paraId="213A52DA" w14:textId="77777777" w:rsidR="0097514F" w:rsidRDefault="00653AFA">
      <w:pPr>
        <w:pStyle w:val="Heading2"/>
      </w:pPr>
      <w:r>
        <w:t>Old Business</w:t>
      </w:r>
    </w:p>
    <w:p w14:paraId="57BA99C4" w14:textId="38B6939B" w:rsidR="0097514F" w:rsidRDefault="009058F4" w:rsidP="009058F4">
      <w:pPr>
        <w:pStyle w:val="ListParagraph"/>
        <w:numPr>
          <w:ilvl w:val="0"/>
          <w:numId w:val="10"/>
        </w:numPr>
      </w:pPr>
      <w:r>
        <w:t>New Town Shop</w:t>
      </w:r>
      <w:r w:rsidR="008D4C9A">
        <w:t xml:space="preserve">. </w:t>
      </w:r>
      <w:r w:rsidR="00B77A04">
        <w:t xml:space="preserve"> Town </w:t>
      </w:r>
      <w:r w:rsidR="00000A3C">
        <w:t>Superintendent</w:t>
      </w:r>
      <w:r w:rsidR="008D4C9A">
        <w:t xml:space="preserve"> spoke about the </w:t>
      </w:r>
      <w:r w:rsidR="001676FF">
        <w:t>new</w:t>
      </w:r>
      <w:r w:rsidR="008D4C9A">
        <w:t xml:space="preserve"> </w:t>
      </w:r>
      <w:r w:rsidR="00A55C83">
        <w:t>shop,</w:t>
      </w:r>
      <w:r w:rsidR="008D4C9A">
        <w:t xml:space="preserve"> and it is going to be </w:t>
      </w:r>
      <w:r w:rsidR="00797D18">
        <w:t xml:space="preserve">a </w:t>
      </w:r>
      <w:r w:rsidR="00E90412">
        <w:t>40x48</w:t>
      </w:r>
      <w:r w:rsidR="00797D18">
        <w:t xml:space="preserve"> building. </w:t>
      </w:r>
      <w:r w:rsidR="001676FF">
        <w:t>Cur</w:t>
      </w:r>
      <w:r w:rsidR="00A55C83">
        <w:t>rently waiting on material</w:t>
      </w:r>
      <w:r w:rsidR="00A12FDB">
        <w:t xml:space="preserve"> to finish the roof and concrete floor. </w:t>
      </w:r>
    </w:p>
    <w:p w14:paraId="420E61A8" w14:textId="6E8FE11A" w:rsidR="0097514F" w:rsidRDefault="000D6126" w:rsidP="00980BA9">
      <w:pPr>
        <w:pStyle w:val="ListParagraph"/>
        <w:numPr>
          <w:ilvl w:val="0"/>
          <w:numId w:val="10"/>
        </w:numPr>
      </w:pPr>
      <w:r>
        <w:lastRenderedPageBreak/>
        <w:t xml:space="preserve">New Fire Contract has been signed and agreed to by the Board. First payment </w:t>
      </w:r>
      <w:r w:rsidR="0037293D">
        <w:t xml:space="preserve">to Helt Township Fire Department </w:t>
      </w:r>
      <w:r>
        <w:t>has been made b</w:t>
      </w:r>
      <w:r w:rsidR="0037293D">
        <w:t>y Clerk/Treasurer.</w:t>
      </w:r>
    </w:p>
    <w:p w14:paraId="54A827D8" w14:textId="77777777" w:rsidR="0097514F" w:rsidRDefault="00653AFA">
      <w:pPr>
        <w:pStyle w:val="Heading2"/>
      </w:pPr>
      <w:r>
        <w:t>New Business</w:t>
      </w:r>
    </w:p>
    <w:p w14:paraId="17A763D2" w14:textId="5E8C92BC" w:rsidR="0097514F" w:rsidRDefault="00B764B2" w:rsidP="00FA42C0">
      <w:pPr>
        <w:pStyle w:val="ListParagraph"/>
        <w:numPr>
          <w:ilvl w:val="0"/>
          <w:numId w:val="12"/>
        </w:numPr>
      </w:pPr>
      <w:r>
        <w:t xml:space="preserve">Town Clerk has received several calls about broken </w:t>
      </w:r>
      <w:r w:rsidR="00CD4E6E">
        <w:t>sidewalks</w:t>
      </w:r>
      <w:r w:rsidR="00805A54">
        <w:t xml:space="preserve"> </w:t>
      </w:r>
      <w:r w:rsidR="00CD4E6E">
        <w:t xml:space="preserve">with the </w:t>
      </w:r>
      <w:r w:rsidR="00805A54">
        <w:t xml:space="preserve">concern someone could trip and fall. </w:t>
      </w:r>
      <w:r w:rsidR="00447D87">
        <w:t xml:space="preserve">Bob Richardson Board President suggested that residents call in to the clerk and </w:t>
      </w:r>
      <w:r w:rsidR="00097796">
        <w:t xml:space="preserve">ask for the Board to </w:t>
      </w:r>
      <w:r w:rsidR="00AF2764">
        <w:t>look</w:t>
      </w:r>
      <w:r w:rsidR="00097796">
        <w:t xml:space="preserve"> at the </w:t>
      </w:r>
      <w:r w:rsidR="00B9255E">
        <w:t>sidewalk to</w:t>
      </w:r>
      <w:r w:rsidR="00CD4E6E">
        <w:t xml:space="preserve"> determine if </w:t>
      </w:r>
      <w:r w:rsidR="00945289">
        <w:t xml:space="preserve">it should be repaired. </w:t>
      </w:r>
    </w:p>
    <w:p w14:paraId="261AD8F2" w14:textId="008D1E0F" w:rsidR="00F11BD8" w:rsidRDefault="00F11BD8" w:rsidP="00FA42C0">
      <w:pPr>
        <w:pStyle w:val="ListParagraph"/>
        <w:numPr>
          <w:ilvl w:val="0"/>
          <w:numId w:val="12"/>
        </w:numPr>
      </w:pPr>
      <w:r>
        <w:t xml:space="preserve">Board voted on </w:t>
      </w:r>
      <w:r w:rsidR="000720F7">
        <w:t>Amendment to Soliciting ord</w:t>
      </w:r>
      <w:r w:rsidR="00F7105E">
        <w:t>inance</w:t>
      </w:r>
      <w:r w:rsidR="005A5FAA">
        <w:t xml:space="preserve">. </w:t>
      </w:r>
      <w:r w:rsidR="0035377C">
        <w:t xml:space="preserve">Martha Kritzer made a motion to charge $25 </w:t>
      </w:r>
      <w:r w:rsidR="00CB159D">
        <w:t>per person per day permit fee, along with a $10 backgr</w:t>
      </w:r>
      <w:r w:rsidR="002B2C6E">
        <w:t xml:space="preserve">ound fee per person, Seconded by Fred </w:t>
      </w:r>
      <w:r w:rsidR="00474DB8">
        <w:t>Craft, all in favor.</w:t>
      </w:r>
    </w:p>
    <w:p w14:paraId="79DB6522" w14:textId="3065519E" w:rsidR="000D24D9" w:rsidRDefault="00A11074" w:rsidP="00FA42C0">
      <w:pPr>
        <w:pStyle w:val="ListParagraph"/>
        <w:numPr>
          <w:ilvl w:val="0"/>
          <w:numId w:val="12"/>
        </w:numPr>
      </w:pPr>
      <w:r>
        <w:t xml:space="preserve">Town Clean up letters- Town Marshall requested that the Board member </w:t>
      </w:r>
      <w:r w:rsidR="007D3143">
        <w:t xml:space="preserve">go around Town and look to see if there </w:t>
      </w:r>
      <w:r w:rsidR="00D66B05">
        <w:t>were</w:t>
      </w:r>
      <w:r w:rsidR="007D3143">
        <w:t xml:space="preserve"> any property they would like to add or remove from the list </w:t>
      </w:r>
      <w:r w:rsidR="00901DF2">
        <w:t>already started.</w:t>
      </w:r>
      <w:r w:rsidR="00D66B05">
        <w:t xml:space="preserve"> Then the Town Marshall will get the letters sent out.</w:t>
      </w:r>
    </w:p>
    <w:p w14:paraId="0FB9CF29" w14:textId="4F417D69" w:rsidR="003872D4" w:rsidRDefault="003872D4" w:rsidP="00FA42C0">
      <w:pPr>
        <w:pStyle w:val="ListParagraph"/>
        <w:numPr>
          <w:ilvl w:val="0"/>
          <w:numId w:val="12"/>
        </w:numPr>
      </w:pPr>
      <w:r>
        <w:t xml:space="preserve">Dumpster Days- Remember to bring proof of residency. </w:t>
      </w:r>
    </w:p>
    <w:p w14:paraId="6C059926" w14:textId="31F7D0FB" w:rsidR="00FA42C0" w:rsidRDefault="00FA42C0" w:rsidP="00FA42C0">
      <w:pPr>
        <w:pStyle w:val="ListParagraph"/>
        <w:numPr>
          <w:ilvl w:val="0"/>
          <w:numId w:val="12"/>
        </w:numPr>
      </w:pPr>
      <w:r>
        <w:t xml:space="preserve">Town </w:t>
      </w:r>
      <w:r w:rsidR="001F1E14">
        <w:t>has water audit and is with in the normal range for water loss.</w:t>
      </w:r>
    </w:p>
    <w:p w14:paraId="147D3A54" w14:textId="2319070E" w:rsidR="00FA42C0" w:rsidRDefault="00DA0647" w:rsidP="00B77A04">
      <w:pPr>
        <w:pStyle w:val="ListParagraph"/>
        <w:numPr>
          <w:ilvl w:val="0"/>
          <w:numId w:val="12"/>
        </w:numPr>
      </w:pPr>
      <w:r>
        <w:t xml:space="preserve">Clerk has been given formula </w:t>
      </w:r>
      <w:r w:rsidR="00D81DBC">
        <w:t xml:space="preserve">for calculating water loss and is currently figuring water loss </w:t>
      </w:r>
      <w:r w:rsidR="00B77A04">
        <w:t>accurately.</w:t>
      </w:r>
      <w:r w:rsidR="001C559D">
        <w:t xml:space="preserve"> </w:t>
      </w:r>
    </w:p>
    <w:p w14:paraId="1DE730C1" w14:textId="77777777" w:rsidR="0097514F" w:rsidRDefault="00653AFA">
      <w:pPr>
        <w:pStyle w:val="Heading2"/>
      </w:pPr>
      <w:r>
        <w:t>Reports</w:t>
      </w:r>
    </w:p>
    <w:p w14:paraId="63595AE1" w14:textId="2147168D" w:rsidR="0097514F" w:rsidRDefault="76864329">
      <w:r w:rsidRPr="000976B9">
        <w:rPr>
          <w:b/>
          <w:bCs/>
        </w:rPr>
        <w:t>Financial Reconciliation:</w:t>
      </w:r>
      <w:r>
        <w:t xml:space="preserve"> Michelle and Patty are continuing to work towards reconciling the Town’s accounts.</w:t>
      </w:r>
    </w:p>
    <w:p w14:paraId="1706EB26" w14:textId="74096468" w:rsidR="003D0C3E" w:rsidRDefault="003D0C3E">
      <w:r>
        <w:t>IRS is req</w:t>
      </w:r>
      <w:r w:rsidR="00F51B75">
        <w:t xml:space="preserve">uesting payment </w:t>
      </w:r>
      <w:r w:rsidR="00385E58">
        <w:t xml:space="preserve">and the Town is being assigned a Field Agent </w:t>
      </w:r>
      <w:r w:rsidR="00F81705">
        <w:t xml:space="preserve">to discuss a payment arrangement. Town </w:t>
      </w:r>
      <w:r w:rsidR="003354EF">
        <w:t xml:space="preserve">attorney suggested that the town wait till there is a better understanding </w:t>
      </w:r>
      <w:r w:rsidR="004A2094">
        <w:t xml:space="preserve">of the funds before making a payment. </w:t>
      </w:r>
    </w:p>
    <w:p w14:paraId="7B8792D1" w14:textId="36450A4C" w:rsidR="00625D84" w:rsidRDefault="76864329">
      <w:r w:rsidRPr="000976B9">
        <w:rPr>
          <w:b/>
          <w:bCs/>
        </w:rPr>
        <w:t>Water Report:</w:t>
      </w:r>
      <w:r>
        <w:t xml:space="preserve"> </w:t>
      </w:r>
      <w:r w:rsidR="00A76891">
        <w:t xml:space="preserve">Current water loss 37 </w:t>
      </w:r>
      <w:r w:rsidR="003D0C3E">
        <w:t>% There</w:t>
      </w:r>
      <w:r w:rsidR="00181D68">
        <w:t xml:space="preserve"> was </w:t>
      </w:r>
      <w:r w:rsidR="00506987">
        <w:t xml:space="preserve">discussion </w:t>
      </w:r>
      <w:r w:rsidR="00EF1913">
        <w:t>about having the Fire Dep</w:t>
      </w:r>
      <w:r w:rsidR="00A33F5C">
        <w:t>artment to keep track of number of times they fill the fire trucks to help keep track of the water loss</w:t>
      </w:r>
      <w:r w:rsidR="00506987">
        <w:t>.</w:t>
      </w:r>
      <w:r w:rsidR="00181D68">
        <w:t xml:space="preserve"> </w:t>
      </w:r>
      <w:r w:rsidR="00041BC1">
        <w:t xml:space="preserve">Fire Chief to get the clerk </w:t>
      </w:r>
      <w:r w:rsidR="003D0C3E">
        <w:t xml:space="preserve">this information every month. </w:t>
      </w:r>
    </w:p>
    <w:p w14:paraId="17AEF675" w14:textId="03158D23" w:rsidR="0097514F" w:rsidRDefault="5AB2BEEF">
      <w:r w:rsidRPr="000976B9">
        <w:rPr>
          <w:b/>
          <w:bCs/>
        </w:rPr>
        <w:t>Sewer Report:</w:t>
      </w:r>
      <w:r>
        <w:t xml:space="preserve"> The monthly </w:t>
      </w:r>
      <w:r w:rsidR="00343BDC">
        <w:t xml:space="preserve">report was given. </w:t>
      </w:r>
      <w:r w:rsidR="00DC06BF">
        <w:t xml:space="preserve"> </w:t>
      </w:r>
      <w:r w:rsidR="00AC1F6A">
        <w:t>Estimate of $8,000 to $10,000</w:t>
      </w:r>
      <w:r w:rsidR="00343BDC">
        <w:t xml:space="preserve"> to fix leak at lift station. </w:t>
      </w:r>
    </w:p>
    <w:p w14:paraId="6F3C2A15" w14:textId="77777777" w:rsidR="006A4EA9" w:rsidRDefault="00653AFA">
      <w:r w:rsidRPr="000976B9">
        <w:rPr>
          <w:b/>
          <w:bCs/>
        </w:rPr>
        <w:t>Public Safety:</w:t>
      </w:r>
      <w:r w:rsidR="001C559D">
        <w:t xml:space="preserve"> Town clean-up under way. </w:t>
      </w:r>
    </w:p>
    <w:p w14:paraId="461290C4" w14:textId="071AA0F8" w:rsidR="001C559D" w:rsidRDefault="00F25399">
      <w:r>
        <w:t xml:space="preserve">There needs to be a permit to put the speed limit sign up on </w:t>
      </w:r>
      <w:r w:rsidR="00B33E78">
        <w:t xml:space="preserve">71. Town clerk will get when once she has more time to do so. In the </w:t>
      </w:r>
      <w:r w:rsidR="006A4EA9">
        <w:t>meantime,</w:t>
      </w:r>
      <w:r w:rsidR="00B33E78">
        <w:t xml:space="preserve"> it can be moved to a different spot </w:t>
      </w:r>
      <w:r w:rsidR="006A4EA9">
        <w:t>if</w:t>
      </w:r>
      <w:r w:rsidR="00B33E78">
        <w:t xml:space="preserve"> </w:t>
      </w:r>
      <w:r w:rsidR="00F52856">
        <w:t>electricity can be accessed.</w:t>
      </w:r>
    </w:p>
    <w:p w14:paraId="0C5FB554" w14:textId="1268CA51" w:rsidR="0097514F" w:rsidRDefault="00653AFA">
      <w:r w:rsidRPr="000976B9">
        <w:rPr>
          <w:b/>
          <w:bCs/>
        </w:rPr>
        <w:t>Town Marshal Report:</w:t>
      </w:r>
      <w:r>
        <w:t xml:space="preserve"> The Town Marshal presented reports and hours worked to the Board.</w:t>
      </w:r>
    </w:p>
    <w:p w14:paraId="077893BC" w14:textId="7E236576" w:rsidR="001264C1" w:rsidRDefault="00A109A9">
      <w:r>
        <w:t>Town Vehicles Miles Traveled Report</w:t>
      </w:r>
      <w:r w:rsidR="002B0879">
        <w:t>: Was given by Clerk</w:t>
      </w:r>
    </w:p>
    <w:p w14:paraId="4C77CC95" w14:textId="1D53822B" w:rsidR="00AD7160" w:rsidRDefault="00AD7160">
      <w:r w:rsidRPr="00A109A9">
        <w:rPr>
          <w:b/>
          <w:bCs/>
        </w:rPr>
        <w:t>Adjustment</w:t>
      </w:r>
      <w:r w:rsidR="006846FA" w:rsidRPr="00A109A9">
        <w:rPr>
          <w:b/>
          <w:bCs/>
        </w:rPr>
        <w:t>s</w:t>
      </w:r>
      <w:r w:rsidRPr="00A109A9">
        <w:rPr>
          <w:b/>
          <w:bCs/>
        </w:rPr>
        <w:t>:</w:t>
      </w:r>
      <w:r>
        <w:t xml:space="preserve"> No adjustments</w:t>
      </w:r>
      <w:r w:rsidR="006846FA">
        <w:t xml:space="preserve"> </w:t>
      </w:r>
    </w:p>
    <w:p w14:paraId="759DA1C6" w14:textId="436189CF" w:rsidR="006846FA" w:rsidRDefault="000976B9">
      <w:r>
        <w:lastRenderedPageBreak/>
        <w:t xml:space="preserve">Public Comment: </w:t>
      </w:r>
      <w:r w:rsidR="00786EC5">
        <w:t>She</w:t>
      </w:r>
      <w:r w:rsidR="000B4845">
        <w:t>phard Gas Requesting a Fire Hydrant to be put in over at their plant</w:t>
      </w:r>
      <w:r w:rsidR="00BF0071">
        <w:t xml:space="preserve">. </w:t>
      </w:r>
      <w:r w:rsidR="00020235">
        <w:t>Town require</w:t>
      </w:r>
      <w:r w:rsidR="00275B1A">
        <w:t>s</w:t>
      </w:r>
      <w:r w:rsidR="00020235">
        <w:t xml:space="preserve"> more information</w:t>
      </w:r>
      <w:r w:rsidR="00275B1A">
        <w:t xml:space="preserve"> from </w:t>
      </w:r>
      <w:r w:rsidR="00D46D5A">
        <w:t>Shephard’s Gas.</w:t>
      </w:r>
    </w:p>
    <w:p w14:paraId="4F4BD2E4" w14:textId="379BB8F8" w:rsidR="00384911" w:rsidRDefault="00384911">
      <w:r>
        <w:t>Steve Ph</w:t>
      </w:r>
      <w:r w:rsidR="00594DC8">
        <w:t xml:space="preserve">elps </w:t>
      </w:r>
      <w:r w:rsidR="000B66DC">
        <w:t>is thinking</w:t>
      </w:r>
      <w:r w:rsidR="00594DC8">
        <w:t xml:space="preserve"> about putting an RV Park </w:t>
      </w:r>
      <w:r w:rsidR="001E57DD">
        <w:t xml:space="preserve">on his pasture. </w:t>
      </w:r>
      <w:r w:rsidR="00C723DC">
        <w:t>He is</w:t>
      </w:r>
      <w:r w:rsidR="000B66DC">
        <w:t xml:space="preserve"> outside Town Limits. </w:t>
      </w:r>
      <w:r w:rsidR="008E5CAE">
        <w:t>He is wanting to know if it would be acceptable by the town for him to t</w:t>
      </w:r>
      <w:r w:rsidR="00A26EFF">
        <w:t xml:space="preserve">ie into the Towns water and Sewage lines. </w:t>
      </w:r>
      <w:r w:rsidR="008E657E">
        <w:t>Town Board has decided to table the issue until fur</w:t>
      </w:r>
      <w:r w:rsidR="00225FC5">
        <w:t xml:space="preserve">ther information is available. Town clerk to set up meeting with engineers </w:t>
      </w:r>
      <w:r w:rsidR="000128FA">
        <w:t>HWC to discuss their concerns and to answer questions</w:t>
      </w:r>
      <w:r w:rsidR="00F90CDB">
        <w:t xml:space="preserve"> concernin</w:t>
      </w:r>
      <w:r w:rsidR="00EA0E72">
        <w:t xml:space="preserve">g RVs hooking into the Sewer System. </w:t>
      </w:r>
    </w:p>
    <w:p w14:paraId="1F9DD3AE" w14:textId="77777777" w:rsidR="00256B23" w:rsidRDefault="00256B23"/>
    <w:p w14:paraId="0B7F62C4" w14:textId="77777777" w:rsidR="0097514F" w:rsidRDefault="00653AFA">
      <w:pPr>
        <w:pStyle w:val="Heading2"/>
      </w:pPr>
      <w:r>
        <w:t>Adjournment</w:t>
      </w:r>
    </w:p>
    <w:p w14:paraId="277574D2" w14:textId="2F0B99E2" w:rsidR="0097514F" w:rsidRDefault="00653AFA">
      <w:r>
        <w:t xml:space="preserve">A motion to adjourn was made by </w:t>
      </w:r>
      <w:r w:rsidR="00A047F0">
        <w:t>Fred Craft</w:t>
      </w:r>
      <w:r>
        <w:t>, seconded by</w:t>
      </w:r>
      <w:r w:rsidR="001C559D">
        <w:t xml:space="preserve"> </w:t>
      </w:r>
      <w:r w:rsidR="00A047F0">
        <w:t>Martha Kritzer</w:t>
      </w:r>
      <w:r w:rsidR="001C559D">
        <w:t>,</w:t>
      </w:r>
      <w:r>
        <w:t xml:space="preserve"> and carried unanimously. </w:t>
      </w:r>
    </w:p>
    <w:sectPr w:rsidR="0097514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885248"/>
    <w:multiLevelType w:val="hybridMultilevel"/>
    <w:tmpl w:val="A52E5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C566D"/>
    <w:multiLevelType w:val="hybridMultilevel"/>
    <w:tmpl w:val="971A5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E2F72"/>
    <w:multiLevelType w:val="hybridMultilevel"/>
    <w:tmpl w:val="C6C05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238688">
    <w:abstractNumId w:val="8"/>
  </w:num>
  <w:num w:numId="2" w16cid:durableId="644162871">
    <w:abstractNumId w:val="6"/>
  </w:num>
  <w:num w:numId="3" w16cid:durableId="286861315">
    <w:abstractNumId w:val="5"/>
  </w:num>
  <w:num w:numId="4" w16cid:durableId="395052987">
    <w:abstractNumId w:val="4"/>
  </w:num>
  <w:num w:numId="5" w16cid:durableId="1658727424">
    <w:abstractNumId w:val="7"/>
  </w:num>
  <w:num w:numId="6" w16cid:durableId="1363818780">
    <w:abstractNumId w:val="3"/>
  </w:num>
  <w:num w:numId="7" w16cid:durableId="1191142720">
    <w:abstractNumId w:val="2"/>
  </w:num>
  <w:num w:numId="8" w16cid:durableId="559481655">
    <w:abstractNumId w:val="1"/>
  </w:num>
  <w:num w:numId="9" w16cid:durableId="42217300">
    <w:abstractNumId w:val="0"/>
  </w:num>
  <w:num w:numId="10" w16cid:durableId="969243776">
    <w:abstractNumId w:val="9"/>
  </w:num>
  <w:num w:numId="11" w16cid:durableId="942806151">
    <w:abstractNumId w:val="10"/>
  </w:num>
  <w:num w:numId="12" w16cid:durableId="13847934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A3C"/>
    <w:rsid w:val="000128FA"/>
    <w:rsid w:val="00020235"/>
    <w:rsid w:val="00034616"/>
    <w:rsid w:val="00041BC1"/>
    <w:rsid w:val="0006063C"/>
    <w:rsid w:val="000720F7"/>
    <w:rsid w:val="000976B9"/>
    <w:rsid w:val="00097796"/>
    <w:rsid w:val="000B4845"/>
    <w:rsid w:val="000B66DC"/>
    <w:rsid w:val="000D24D9"/>
    <w:rsid w:val="000D6126"/>
    <w:rsid w:val="000E362C"/>
    <w:rsid w:val="001264C1"/>
    <w:rsid w:val="0015074B"/>
    <w:rsid w:val="001676FF"/>
    <w:rsid w:val="00181D68"/>
    <w:rsid w:val="001C559D"/>
    <w:rsid w:val="001E57DD"/>
    <w:rsid w:val="001F1E14"/>
    <w:rsid w:val="00225FC5"/>
    <w:rsid w:val="00256B23"/>
    <w:rsid w:val="00275B1A"/>
    <w:rsid w:val="0028007C"/>
    <w:rsid w:val="0029639D"/>
    <w:rsid w:val="002B0879"/>
    <w:rsid w:val="002B2C6E"/>
    <w:rsid w:val="00326F90"/>
    <w:rsid w:val="003354EF"/>
    <w:rsid w:val="00343BDC"/>
    <w:rsid w:val="0035377C"/>
    <w:rsid w:val="0037293D"/>
    <w:rsid w:val="00384911"/>
    <w:rsid w:val="00385E58"/>
    <w:rsid w:val="003872D4"/>
    <w:rsid w:val="003D0C3E"/>
    <w:rsid w:val="00447D87"/>
    <w:rsid w:val="00474DB8"/>
    <w:rsid w:val="004A2094"/>
    <w:rsid w:val="004B620A"/>
    <w:rsid w:val="00506987"/>
    <w:rsid w:val="0059243E"/>
    <w:rsid w:val="00594DC8"/>
    <w:rsid w:val="005A5FAA"/>
    <w:rsid w:val="00614003"/>
    <w:rsid w:val="00625D84"/>
    <w:rsid w:val="00653AFA"/>
    <w:rsid w:val="00654F97"/>
    <w:rsid w:val="006846FA"/>
    <w:rsid w:val="006A4EA9"/>
    <w:rsid w:val="00786EC5"/>
    <w:rsid w:val="00797D18"/>
    <w:rsid w:val="007D3143"/>
    <w:rsid w:val="00805A54"/>
    <w:rsid w:val="008D4C9A"/>
    <w:rsid w:val="008E5CAE"/>
    <w:rsid w:val="008E657E"/>
    <w:rsid w:val="008F4929"/>
    <w:rsid w:val="00901DF2"/>
    <w:rsid w:val="009058F4"/>
    <w:rsid w:val="00945289"/>
    <w:rsid w:val="0097514F"/>
    <w:rsid w:val="00980BA9"/>
    <w:rsid w:val="00A047F0"/>
    <w:rsid w:val="00A109A9"/>
    <w:rsid w:val="00A11074"/>
    <w:rsid w:val="00A12FDB"/>
    <w:rsid w:val="00A26EFF"/>
    <w:rsid w:val="00A33F5C"/>
    <w:rsid w:val="00A55C83"/>
    <w:rsid w:val="00A76891"/>
    <w:rsid w:val="00A96EC1"/>
    <w:rsid w:val="00AA1D8D"/>
    <w:rsid w:val="00AC1F6A"/>
    <w:rsid w:val="00AD7160"/>
    <w:rsid w:val="00AF2764"/>
    <w:rsid w:val="00B33E78"/>
    <w:rsid w:val="00B47730"/>
    <w:rsid w:val="00B764B2"/>
    <w:rsid w:val="00B77A04"/>
    <w:rsid w:val="00B9255E"/>
    <w:rsid w:val="00BF0071"/>
    <w:rsid w:val="00C723DC"/>
    <w:rsid w:val="00CB0664"/>
    <w:rsid w:val="00CB159D"/>
    <w:rsid w:val="00CD4E6E"/>
    <w:rsid w:val="00D46D5A"/>
    <w:rsid w:val="00D66B05"/>
    <w:rsid w:val="00D771DA"/>
    <w:rsid w:val="00D81DBC"/>
    <w:rsid w:val="00DA0647"/>
    <w:rsid w:val="00DC06BF"/>
    <w:rsid w:val="00DE75A6"/>
    <w:rsid w:val="00E10F9A"/>
    <w:rsid w:val="00E27610"/>
    <w:rsid w:val="00E44D6E"/>
    <w:rsid w:val="00E90412"/>
    <w:rsid w:val="00EA0E72"/>
    <w:rsid w:val="00EF1913"/>
    <w:rsid w:val="00F11BD8"/>
    <w:rsid w:val="00F25399"/>
    <w:rsid w:val="00F51B75"/>
    <w:rsid w:val="00F52856"/>
    <w:rsid w:val="00F7105E"/>
    <w:rsid w:val="00F81705"/>
    <w:rsid w:val="00F90CDB"/>
    <w:rsid w:val="00FA42C0"/>
    <w:rsid w:val="00FC506A"/>
    <w:rsid w:val="00FC693F"/>
    <w:rsid w:val="3B940815"/>
    <w:rsid w:val="526A0625"/>
    <w:rsid w:val="5AB2BEEF"/>
    <w:rsid w:val="76864329"/>
    <w:rsid w:val="7A30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8AEF530-486C-4F5A-BC13-4AA90BE3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5AC37C17771D419DAE4E66CD896318" ma:contentTypeVersion="13" ma:contentTypeDescription="Create a new document." ma:contentTypeScope="" ma:versionID="eaac2a936930039739837b85c06dc580">
  <xsd:schema xmlns:xsd="http://www.w3.org/2001/XMLSchema" xmlns:xs="http://www.w3.org/2001/XMLSchema" xmlns:p="http://schemas.microsoft.com/office/2006/metadata/properties" xmlns:ns3="e095ba00-70f4-42c3-b96b-26c6c0a519c2" targetNamespace="http://schemas.microsoft.com/office/2006/metadata/properties" ma:root="true" ma:fieldsID="1099604827b40e0f2967d955843ecb43" ns3:_="">
    <xsd:import namespace="e095ba00-70f4-42c3-b96b-26c6c0a519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5ba00-70f4-42c3-b96b-26c6c0a51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095ba00-70f4-42c3-b96b-26c6c0a519c2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0B8B38-BAAB-4E60-AFE4-9F384A842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95ba00-70f4-42c3-b96b-26c6c0a51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3DD450-3FAC-43CD-9B50-392FF2C5F4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136930-F969-4366-9F9D-F77419793972}">
  <ds:schemaRefs>
    <ds:schemaRef ds:uri="http://schemas.microsoft.com/office/2006/metadata/properties"/>
    <ds:schemaRef ds:uri="http://schemas.microsoft.com/office/infopath/2007/PartnerControls"/>
    <ds:schemaRef ds:uri="e095ba00-70f4-42c3-b96b-26c6c0a519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Clerk</cp:lastModifiedBy>
  <cp:revision>2</cp:revision>
  <dcterms:created xsi:type="dcterms:W3CDTF">2026-08-11T03:23:00Z</dcterms:created>
  <dcterms:modified xsi:type="dcterms:W3CDTF">2026-08-11T03:23:00Z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0x010100F85AC37C17771D419DAE4E66CD896318</vt:lpwstr>
  </property>
</Properties>
</file>